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516" w:rsidRDefault="001F5F67">
      <w:pPr>
        <w:pStyle w:val="Tytu"/>
        <w:pBdr>
          <w:bottom w:val="single" w:sz="8" w:space="4" w:color="4472C4"/>
        </w:pBdr>
        <w:spacing w:before="40" w:line="259" w:lineRule="auto"/>
      </w:pPr>
      <w:bookmarkStart w:id="0" w:name="_GoBack"/>
      <w:bookmarkEnd w:id="0"/>
      <w:r>
        <w:rPr>
          <w:rFonts w:ascii="Arial" w:eastAsia="Arial" w:hAnsi="Arial"/>
        </w:rPr>
        <w:t>Zawiadomienie o podejrzeniu popełnienia przestępstwa</w:t>
      </w:r>
    </w:p>
    <w:p w:rsidR="00D92516" w:rsidRDefault="00A005A5">
      <w:pPr>
        <w:pBdr>
          <w:top w:val="single" w:sz="4" w:space="3" w:color="D9D9D9"/>
          <w:bottom w:val="single" w:sz="4" w:space="3" w:color="D9D9D9"/>
        </w:pBdr>
        <w:shd w:val="clear" w:color="auto" w:fill="F7F7F7"/>
        <w:spacing w:before="80" w:after="240"/>
        <w:ind w:left="113" w:right="113"/>
      </w:pPr>
      <w:proofErr w:type="spellStart"/>
      <w:r>
        <w:rPr>
          <w:b/>
          <w:color w:val="3B3B3B"/>
          <w:sz w:val="21"/>
        </w:rPr>
        <w:t>Uwaga</w:t>
      </w:r>
      <w:proofErr w:type="spellEnd"/>
      <w:r>
        <w:rPr>
          <w:b/>
          <w:color w:val="3B3B3B"/>
          <w:sz w:val="21"/>
        </w:rPr>
        <w:t xml:space="preserve">! </w:t>
      </w:r>
      <w:proofErr w:type="spellStart"/>
      <w:r>
        <w:rPr>
          <w:b/>
          <w:color w:val="3B3B3B"/>
          <w:sz w:val="21"/>
        </w:rPr>
        <w:t>Wzór</w:t>
      </w:r>
      <w:proofErr w:type="spellEnd"/>
      <w:r>
        <w:rPr>
          <w:b/>
          <w:color w:val="3B3B3B"/>
          <w:sz w:val="21"/>
        </w:rPr>
        <w:t xml:space="preserve"> ma </w:t>
      </w:r>
      <w:proofErr w:type="spellStart"/>
      <w:r>
        <w:rPr>
          <w:b/>
          <w:color w:val="3B3B3B"/>
          <w:sz w:val="21"/>
        </w:rPr>
        <w:t>charakter</w:t>
      </w:r>
      <w:proofErr w:type="spellEnd"/>
      <w:r>
        <w:rPr>
          <w:b/>
          <w:color w:val="3B3B3B"/>
          <w:sz w:val="21"/>
        </w:rPr>
        <w:t xml:space="preserve"> </w:t>
      </w:r>
      <w:proofErr w:type="spellStart"/>
      <w:r>
        <w:rPr>
          <w:b/>
          <w:color w:val="3B3B3B"/>
          <w:sz w:val="21"/>
        </w:rPr>
        <w:t>ogólny</w:t>
      </w:r>
      <w:proofErr w:type="spellEnd"/>
      <w:r>
        <w:rPr>
          <w:b/>
          <w:color w:val="3B3B3B"/>
          <w:sz w:val="21"/>
        </w:rPr>
        <w:t>.</w:t>
      </w:r>
      <w:r>
        <w:rPr>
          <w:b/>
          <w:sz w:val="21"/>
        </w:rPr>
        <w:br/>
      </w:r>
      <w:r>
        <w:rPr>
          <w:i/>
          <w:color w:val="8C8C8C"/>
          <w:sz w:val="20"/>
        </w:rPr>
        <w:t>[</w:t>
      </w:r>
      <w:proofErr w:type="spellStart"/>
      <w:r>
        <w:rPr>
          <w:i/>
          <w:color w:val="8C8C8C"/>
          <w:sz w:val="20"/>
        </w:rPr>
        <w:t>Przed</w:t>
      </w:r>
      <w:proofErr w:type="spellEnd"/>
      <w:r>
        <w:rPr>
          <w:i/>
          <w:color w:val="8C8C8C"/>
          <w:sz w:val="20"/>
        </w:rPr>
        <w:t xml:space="preserve"> </w:t>
      </w:r>
      <w:proofErr w:type="spellStart"/>
      <w:r>
        <w:rPr>
          <w:i/>
          <w:color w:val="8C8C8C"/>
          <w:sz w:val="20"/>
        </w:rPr>
        <w:t>użyciem</w:t>
      </w:r>
      <w:proofErr w:type="spellEnd"/>
      <w:r>
        <w:rPr>
          <w:i/>
          <w:color w:val="8C8C8C"/>
          <w:sz w:val="20"/>
        </w:rPr>
        <w:t xml:space="preserve"> </w:t>
      </w:r>
      <w:proofErr w:type="spellStart"/>
      <w:r>
        <w:rPr>
          <w:i/>
          <w:color w:val="8C8C8C"/>
          <w:sz w:val="20"/>
        </w:rPr>
        <w:t>trzeba</w:t>
      </w:r>
      <w:proofErr w:type="spellEnd"/>
      <w:r>
        <w:rPr>
          <w:i/>
          <w:color w:val="8C8C8C"/>
          <w:sz w:val="20"/>
        </w:rPr>
        <w:t xml:space="preserve"> </w:t>
      </w:r>
      <w:proofErr w:type="spellStart"/>
      <w:r>
        <w:rPr>
          <w:i/>
          <w:color w:val="8C8C8C"/>
          <w:sz w:val="20"/>
        </w:rPr>
        <w:t>sprawdzić</w:t>
      </w:r>
      <w:proofErr w:type="spellEnd"/>
      <w:r>
        <w:rPr>
          <w:i/>
          <w:color w:val="8C8C8C"/>
          <w:sz w:val="20"/>
        </w:rPr>
        <w:t xml:space="preserve"> pouczenie w piśmie z sądu, prokuratury lub Policji oraz dopasować treść do konkretnej sprawy – tekst do usunięcia]</w:t>
      </w:r>
    </w:p>
    <w:p w:rsidR="00D92516" w:rsidRDefault="00B83D7F">
      <w:pPr>
        <w:spacing w:after="160"/>
        <w:jc w:val="right"/>
      </w:pPr>
      <w:r>
        <w:rPr>
          <w:i/>
          <w:color w:val="8C8C8C"/>
          <w:sz w:val="21"/>
        </w:rPr>
        <w:t xml:space="preserve"> [miejscowość, data]</w:t>
      </w:r>
    </w:p>
    <w:p w:rsidR="00D92516" w:rsidRDefault="00D92516">
      <w:pPr>
        <w:spacing w:after="0" w:line="240" w:lineRule="auto"/>
      </w:pPr>
    </w:p>
    <w:p w:rsidR="00D92516" w:rsidRDefault="001F5F67">
      <w:pPr>
        <w:spacing w:before="120"/>
      </w:pPr>
      <w:r>
        <w:rPr>
          <w:i/>
          <w:color w:val="8C8C8C"/>
          <w:sz w:val="21"/>
        </w:rPr>
        <w:t>[imię i nazwisko / nazwa zawiadamiającego]</w:t>
      </w:r>
    </w:p>
    <w:p w:rsidR="00D92516" w:rsidRDefault="001F5F67">
      <w:r>
        <w:rPr>
          <w:i/>
          <w:color w:val="8C8C8C"/>
          <w:sz w:val="21"/>
        </w:rPr>
        <w:t>[adres]</w:t>
      </w:r>
    </w:p>
    <w:p w:rsidR="00D92516" w:rsidRDefault="001F5F67">
      <w:r>
        <w:rPr>
          <w:i/>
          <w:color w:val="8C8C8C"/>
          <w:sz w:val="21"/>
        </w:rPr>
        <w:t>[telefon / e-mail - opcjonalnie]</w:t>
      </w:r>
    </w:p>
    <w:p w:rsidR="00D92516" w:rsidRDefault="00D92516">
      <w:pPr>
        <w:spacing w:after="0" w:line="240" w:lineRule="auto"/>
      </w:pPr>
    </w:p>
    <w:p w:rsidR="00D92516" w:rsidRDefault="001F5F67">
      <w:pPr>
        <w:spacing w:before="160"/>
      </w:pPr>
      <w:r>
        <w:rPr>
          <w:b/>
        </w:rPr>
        <w:t>Do:</w:t>
      </w:r>
    </w:p>
    <w:p w:rsidR="00D92516" w:rsidRDefault="001F5F67">
      <w:r>
        <w:rPr>
          <w:i/>
          <w:color w:val="8C8C8C"/>
          <w:sz w:val="21"/>
        </w:rPr>
        <w:t>[Prokuratura Rejonowa / Komenda Policji]</w:t>
      </w:r>
    </w:p>
    <w:p w:rsidR="00D92516" w:rsidRDefault="001F5F67">
      <w:r>
        <w:rPr>
          <w:i/>
          <w:color w:val="8C8C8C"/>
          <w:sz w:val="21"/>
        </w:rPr>
        <w:t>[adres organu]</w:t>
      </w:r>
    </w:p>
    <w:p w:rsidR="00D92516" w:rsidRDefault="00D92516">
      <w:pPr>
        <w:spacing w:after="0" w:line="240" w:lineRule="auto"/>
      </w:pPr>
    </w:p>
    <w:p w:rsidR="00D92516" w:rsidRDefault="001F5F67">
      <w:pPr>
        <w:spacing w:before="200" w:after="200"/>
        <w:jc w:val="center"/>
      </w:pPr>
      <w:r>
        <w:rPr>
          <w:b/>
          <w:spacing w:val="10"/>
          <w:sz w:val="26"/>
        </w:rPr>
        <w:t>Zawiadomienie o podejrzeniu popełnienia przestępstwa</w:t>
      </w:r>
    </w:p>
    <w:p w:rsidR="00D92516" w:rsidRDefault="00D92516">
      <w:pPr>
        <w:spacing w:after="0" w:line="240" w:lineRule="auto"/>
      </w:pPr>
    </w:p>
    <w:p w:rsidR="00D92516" w:rsidRDefault="001F5F67">
      <w:r>
        <w:t>Niniejszym zawiadamiam o podejrzeniu popełnienia przestępstwa polegającego na:</w:t>
      </w:r>
    </w:p>
    <w:p w:rsidR="00D92516" w:rsidRDefault="001F5F67">
      <w:r>
        <w:rPr>
          <w:i/>
          <w:color w:val="8C8C8C"/>
          <w:sz w:val="21"/>
        </w:rPr>
        <w:t>[krótki opis czynu - co się stało]</w:t>
      </w:r>
    </w:p>
    <w:p w:rsidR="00D92516" w:rsidRDefault="001F5F67">
      <w:r>
        <w:t>Do zdarzenia doszło w dniu [data] w [miejsce]. Według mojej wiedzy sprawcą może być [imię i nazwisko / nieznana osoba / opis osoby].</w:t>
      </w:r>
    </w:p>
    <w:p w:rsidR="00D92516" w:rsidRDefault="001F5F67">
      <w:pPr>
        <w:spacing w:before="80"/>
      </w:pPr>
      <w:r>
        <w:rPr>
          <w:b/>
        </w:rPr>
        <w:t>Opis zdarzenia:</w:t>
      </w:r>
    </w:p>
    <w:p w:rsidR="00D92516" w:rsidRDefault="001F5F67">
      <w:r>
        <w:rPr>
          <w:i/>
          <w:color w:val="8C8C8C"/>
          <w:sz w:val="21"/>
        </w:rPr>
        <w:t>[dokładny opis sytuacji: kto, kiedy, gdzie, co zrobił, jakie były skutki, jakie dowody istnieją]</w:t>
      </w:r>
    </w:p>
    <w:p w:rsidR="00D92516" w:rsidRDefault="001F5F67">
      <w:r>
        <w:t>Wnoszę o wszczęcie i przeprowadzenie postępowania karnego oraz o przesłuchanie mnie w charakterze świadka / pokrzywdzonego.</w:t>
      </w:r>
    </w:p>
    <w:p w:rsidR="00D92516" w:rsidRDefault="001F5F67">
      <w:r>
        <w:t>Wnoszę także o przeprowadzenie następujących dowodów:</w:t>
      </w:r>
    </w:p>
    <w:p w:rsidR="00D92516" w:rsidRDefault="001F5F67">
      <w:pPr>
        <w:ind w:left="227" w:hanging="85"/>
      </w:pPr>
      <w:r>
        <w:rPr>
          <w:i/>
          <w:color w:val="8C8C8C"/>
          <w:sz w:val="21"/>
        </w:rPr>
        <w:t>1.   [np. przesłuchanie świadka: imię, nazwisko, adres / telefon]</w:t>
      </w:r>
    </w:p>
    <w:p w:rsidR="00D92516" w:rsidRDefault="001F5F67">
      <w:pPr>
        <w:ind w:left="227" w:hanging="85"/>
      </w:pPr>
      <w:r>
        <w:rPr>
          <w:i/>
          <w:color w:val="8C8C8C"/>
          <w:sz w:val="21"/>
        </w:rPr>
        <w:t>2.   [np. dokumenty, wiadomości, nagrania, zdjęcia]</w:t>
      </w:r>
    </w:p>
    <w:p w:rsidR="00D92516" w:rsidRDefault="001F5F67">
      <w:pPr>
        <w:ind w:left="227" w:hanging="85"/>
      </w:pPr>
      <w:r>
        <w:rPr>
          <w:i/>
          <w:color w:val="8C8C8C"/>
          <w:sz w:val="21"/>
        </w:rPr>
        <w:t>3.   [inne dowody]</w:t>
      </w:r>
    </w:p>
    <w:p w:rsidR="00D92516" w:rsidRDefault="001F5F67">
      <w:pPr>
        <w:spacing w:before="160"/>
      </w:pPr>
      <w:r>
        <w:rPr>
          <w:b/>
        </w:rPr>
        <w:t>Załączniki:</w:t>
      </w:r>
    </w:p>
    <w:p w:rsidR="00D92516" w:rsidRDefault="001F5F67">
      <w:pPr>
        <w:ind w:left="227" w:hanging="85"/>
      </w:pPr>
      <w:r>
        <w:rPr>
          <w:i/>
          <w:color w:val="8C8C8C"/>
          <w:sz w:val="21"/>
        </w:rPr>
        <w:t>1.   [nazwa załącznika]</w:t>
      </w:r>
    </w:p>
    <w:p w:rsidR="00D92516" w:rsidRDefault="001F5F67">
      <w:pPr>
        <w:ind w:left="227" w:hanging="85"/>
      </w:pPr>
      <w:r>
        <w:rPr>
          <w:i/>
          <w:color w:val="8C8C8C"/>
          <w:sz w:val="21"/>
        </w:rPr>
        <w:t>2.   [nazwa załącznika]</w:t>
      </w:r>
    </w:p>
    <w:p w:rsidR="00D92516" w:rsidRDefault="00D92516">
      <w:pPr>
        <w:spacing w:after="0" w:line="240" w:lineRule="auto"/>
      </w:pPr>
    </w:p>
    <w:p w:rsidR="00D92516" w:rsidRDefault="001F5F67">
      <w:pPr>
        <w:spacing w:before="200"/>
        <w:jc w:val="right"/>
      </w:pPr>
      <w:r>
        <w:rPr>
          <w:i/>
          <w:color w:val="8C8C8C"/>
          <w:sz w:val="21"/>
        </w:rPr>
        <w:t>[podpis]</w:t>
      </w:r>
    </w:p>
    <w:p w:rsidR="00D92516" w:rsidRDefault="00045AA8">
      <w:pPr>
        <w:pStyle w:val="Nagwek1"/>
        <w:pageBreakBefore/>
        <w:spacing w:before="0"/>
      </w:pPr>
      <w:r>
        <w:rPr>
          <w:rFonts w:ascii="Arial" w:eastAsia="Arial" w:hAnsi="Arial"/>
        </w:rPr>
        <w:lastRenderedPageBreak/>
        <w:t xml:space="preserve">Komentarz do pisma – strona do usunięcia </w:t>
      </w:r>
    </w:p>
    <w:p w:rsidR="00D92516" w:rsidRDefault="001F5F67">
      <w:pPr>
        <w:pStyle w:val="Nagwek2"/>
      </w:pPr>
      <w:r>
        <w:rPr>
          <w:rFonts w:ascii="Arial" w:eastAsia="Arial" w:hAnsi="Arial"/>
        </w:rPr>
        <w:t>Parametry sprawy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350"/>
      </w:tblGrid>
      <w:tr w:rsidR="00D92516">
        <w:trPr>
          <w:jc w:val="center"/>
        </w:trPr>
        <w:tc>
          <w:tcPr>
            <w:tcW w:w="2835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92516" w:rsidRDefault="001F5F67">
            <w:pPr>
              <w:spacing w:after="0" w:line="240" w:lineRule="auto"/>
            </w:pPr>
            <w:r>
              <w:rPr>
                <w:b/>
                <w:sz w:val="21"/>
              </w:rPr>
              <w:t>Typ pisma</w:t>
            </w:r>
          </w:p>
        </w:tc>
        <w:tc>
          <w:tcPr>
            <w:tcW w:w="63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92516" w:rsidRDefault="001F5F67">
            <w:pPr>
              <w:spacing w:after="0" w:line="240" w:lineRule="auto"/>
            </w:pPr>
            <w:r>
              <w:rPr>
                <w:sz w:val="21"/>
              </w:rPr>
              <w:t>Pismo inicjujące sprawę karną.</w:t>
            </w:r>
          </w:p>
        </w:tc>
      </w:tr>
      <w:tr w:rsidR="00D92516">
        <w:trPr>
          <w:jc w:val="center"/>
        </w:trPr>
        <w:tc>
          <w:tcPr>
            <w:tcW w:w="2835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92516" w:rsidRDefault="001F5F67">
            <w:pPr>
              <w:spacing w:after="0" w:line="240" w:lineRule="auto"/>
            </w:pPr>
            <w:r>
              <w:rPr>
                <w:b/>
                <w:sz w:val="21"/>
              </w:rPr>
              <w:t>Kto składa</w:t>
            </w:r>
          </w:p>
        </w:tc>
        <w:tc>
          <w:tcPr>
            <w:tcW w:w="63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92516" w:rsidRDefault="001F5F67">
            <w:pPr>
              <w:spacing w:after="0" w:line="240" w:lineRule="auto"/>
            </w:pPr>
            <w:r>
              <w:rPr>
                <w:sz w:val="21"/>
              </w:rPr>
              <w:t>Pokrzywdzony, świadek, osoba zawiadamiająca, instytucja.</w:t>
            </w:r>
          </w:p>
        </w:tc>
      </w:tr>
      <w:tr w:rsidR="00D92516">
        <w:trPr>
          <w:jc w:val="center"/>
        </w:trPr>
        <w:tc>
          <w:tcPr>
            <w:tcW w:w="2835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92516" w:rsidRDefault="001F5F67">
            <w:pPr>
              <w:spacing w:after="0" w:line="240" w:lineRule="auto"/>
            </w:pPr>
            <w:r>
              <w:rPr>
                <w:b/>
                <w:sz w:val="21"/>
              </w:rPr>
              <w:t>Gdzie złożyć</w:t>
            </w:r>
          </w:p>
        </w:tc>
        <w:tc>
          <w:tcPr>
            <w:tcW w:w="63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92516" w:rsidRDefault="001F5F67">
            <w:pPr>
              <w:spacing w:after="0" w:line="240" w:lineRule="auto"/>
            </w:pPr>
            <w:r>
              <w:rPr>
                <w:sz w:val="21"/>
              </w:rPr>
              <w:t>Policja albo prokuratura. Można złożyć osobiście, pocztą lub ustnie do protokołu.</w:t>
            </w:r>
          </w:p>
        </w:tc>
      </w:tr>
      <w:tr w:rsidR="00D92516">
        <w:trPr>
          <w:jc w:val="center"/>
        </w:trPr>
        <w:tc>
          <w:tcPr>
            <w:tcW w:w="2835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92516" w:rsidRDefault="001F5F67">
            <w:pPr>
              <w:spacing w:after="0" w:line="240" w:lineRule="auto"/>
            </w:pPr>
            <w:r>
              <w:rPr>
                <w:b/>
                <w:sz w:val="21"/>
              </w:rPr>
              <w:t>Termin</w:t>
            </w:r>
          </w:p>
        </w:tc>
        <w:tc>
          <w:tcPr>
            <w:tcW w:w="63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92516" w:rsidRDefault="001F5F67">
            <w:pPr>
              <w:spacing w:after="0" w:line="240" w:lineRule="auto"/>
            </w:pPr>
            <w:r>
              <w:rPr>
                <w:sz w:val="21"/>
              </w:rPr>
              <w:t>Brak jednego sztywnego terminu, ale im szybciej, tym lepiej ze względu na dowody i przedawnienie.</w:t>
            </w:r>
          </w:p>
        </w:tc>
      </w:tr>
      <w:tr w:rsidR="00D92516">
        <w:trPr>
          <w:jc w:val="center"/>
        </w:trPr>
        <w:tc>
          <w:tcPr>
            <w:tcW w:w="2835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92516" w:rsidRDefault="001F5F67">
            <w:pPr>
              <w:spacing w:after="0" w:line="240" w:lineRule="auto"/>
            </w:pPr>
            <w:r>
              <w:rPr>
                <w:b/>
                <w:sz w:val="21"/>
              </w:rPr>
              <w:t>Podstawa</w:t>
            </w:r>
          </w:p>
        </w:tc>
        <w:tc>
          <w:tcPr>
            <w:tcW w:w="63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92516" w:rsidRDefault="001F5F67">
            <w:pPr>
              <w:spacing w:after="0" w:line="240" w:lineRule="auto"/>
            </w:pPr>
            <w:r>
              <w:rPr>
                <w:sz w:val="21"/>
              </w:rPr>
              <w:t>Art. 304 k.p.k. - zawiadomienie o przestępstwie.</w:t>
            </w:r>
          </w:p>
        </w:tc>
      </w:tr>
    </w:tbl>
    <w:p w:rsidR="00D92516" w:rsidRDefault="00D92516">
      <w:pPr>
        <w:spacing w:after="0" w:line="240" w:lineRule="auto"/>
      </w:pPr>
    </w:p>
    <w:p w:rsidR="00D92516" w:rsidRDefault="001F5F67">
      <w:pPr>
        <w:pStyle w:val="Nagwek2"/>
      </w:pPr>
      <w:r>
        <w:rPr>
          <w:rFonts w:ascii="Arial" w:eastAsia="Arial" w:hAnsi="Arial"/>
        </w:rPr>
        <w:t>Jak wypełnić pismo</w:t>
      </w:r>
    </w:p>
    <w:p w:rsidR="00D92516" w:rsidRDefault="001F5F67">
      <w:pPr>
        <w:spacing w:after="40"/>
        <w:ind w:left="198"/>
      </w:pPr>
      <w:r>
        <w:rPr>
          <w:sz w:val="21"/>
        </w:rPr>
        <w:t>•  Nie trzeba znać dokładnego artykułu Kodeksu karnego. Najważniejszy jest opis faktów.</w:t>
      </w:r>
    </w:p>
    <w:p w:rsidR="00D92516" w:rsidRDefault="001F5F67">
      <w:pPr>
        <w:spacing w:after="40"/>
        <w:ind w:left="198"/>
      </w:pPr>
      <w:r>
        <w:rPr>
          <w:sz w:val="21"/>
        </w:rPr>
        <w:t>•  W opisie podaj chronologię: kto, kiedy, gdzie, co zrobił i jaki był skutek.</w:t>
      </w:r>
    </w:p>
    <w:p w:rsidR="00D92516" w:rsidRDefault="001F5F67">
      <w:pPr>
        <w:spacing w:after="40"/>
        <w:ind w:left="198"/>
      </w:pPr>
      <w:r>
        <w:rPr>
          <w:sz w:val="21"/>
        </w:rPr>
        <w:t>•  Jeżeli sprawca jest nieznany, wpisz „sprawca nieustalony”.</w:t>
      </w:r>
    </w:p>
    <w:p w:rsidR="00D92516" w:rsidRDefault="001F5F67">
      <w:pPr>
        <w:spacing w:after="40"/>
        <w:ind w:left="198"/>
      </w:pPr>
      <w:r>
        <w:rPr>
          <w:sz w:val="21"/>
        </w:rPr>
        <w:t>•  Wskaż dowody: świadków, dokumenty, wiadomości, zdjęcia, nagrania, monitoring.</w:t>
      </w:r>
    </w:p>
    <w:p w:rsidR="00D92516" w:rsidRDefault="001F5F67">
      <w:pPr>
        <w:spacing w:after="40"/>
        <w:ind w:left="198"/>
      </w:pPr>
      <w:r>
        <w:rPr>
          <w:sz w:val="21"/>
        </w:rPr>
        <w:t>•  Dołącz kopie dokumentów, a oryginały zachowaj dla siebie.</w:t>
      </w:r>
    </w:p>
    <w:p w:rsidR="00D92516" w:rsidRDefault="001F5F67">
      <w:pPr>
        <w:spacing w:after="40"/>
        <w:ind w:left="198"/>
      </w:pPr>
      <w:r>
        <w:rPr>
          <w:sz w:val="21"/>
        </w:rPr>
        <w:t>•  Jeżeli jesteś bezpośrednio dotknięty czynem, zaznacz, że działasz jako pokrzywdzony.</w:t>
      </w:r>
    </w:p>
    <w:p w:rsidR="00D92516" w:rsidRDefault="001F5F67">
      <w:pPr>
        <w:pStyle w:val="Nagwek2"/>
      </w:pPr>
      <w:r>
        <w:rPr>
          <w:rFonts w:ascii="Arial" w:eastAsia="Arial" w:hAnsi="Arial"/>
        </w:rPr>
        <w:t>Najważniejsza zasada praktyczna</w:t>
      </w:r>
    </w:p>
    <w:p w:rsidR="00D92516" w:rsidRDefault="001F5F67">
      <w:r>
        <w:rPr>
          <w:b/>
        </w:rPr>
        <w:t>Najpierw wpisz fakty i daty, potem żądanie, a na końcu dowody i załączniki. Zachowaj potwierdzenie nadania albo złożenia pisma.</w:t>
      </w:r>
    </w:p>
    <w:sectPr w:rsidR="00D92516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19" w:right="1134" w:bottom="1219" w:left="1134" w:header="482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D4" w:rsidRDefault="00BE4FD4">
      <w:pPr>
        <w:spacing w:after="0" w:line="240" w:lineRule="auto"/>
      </w:pPr>
      <w:r>
        <w:separator/>
      </w:r>
    </w:p>
  </w:endnote>
  <w:endnote w:type="continuationSeparator" w:id="0">
    <w:p w:rsidR="00BE4FD4" w:rsidRDefault="00BE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516" w:rsidRDefault="001F5F67">
    <w:pPr>
      <w:pBdr>
        <w:top w:val="single" w:sz="4" w:space="4" w:color="7F7F7F"/>
      </w:pBdr>
      <w:spacing w:before="40" w:after="0" w:line="240" w:lineRule="auto"/>
      <w:jc w:val="right"/>
    </w:pPr>
    <w:r>
      <w:rPr>
        <w:color w:val="5A5A5A"/>
        <w:sz w:val="16"/>
      </w:rPr>
      <w:t>Lexine Gawek i Kielar sp. j.</w:t>
    </w:r>
    <w:r>
      <w:rPr>
        <w:color w:val="5A5A5A"/>
        <w:sz w:val="16"/>
      </w:rPr>
      <w:br/>
      <w:t>e-mail: porady@eporady24.pl</w:t>
    </w:r>
    <w:r>
      <w:rPr>
        <w:color w:val="5A5A5A"/>
        <w:sz w:val="16"/>
      </w:rPr>
      <w:br/>
      <w:t>www.ePorady24.pl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D4" w:rsidRDefault="00BE4FD4">
      <w:pPr>
        <w:spacing w:after="0" w:line="240" w:lineRule="auto"/>
      </w:pPr>
      <w:r>
        <w:separator/>
      </w:r>
    </w:p>
  </w:footnote>
  <w:footnote w:type="continuationSeparator" w:id="0">
    <w:p w:rsidR="00BE4FD4" w:rsidRDefault="00BE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516" w:rsidRDefault="001F5F67">
    <w:pPr>
      <w:pBdr>
        <w:bottom w:val="single" w:sz="4" w:space="3" w:color="7F7F7F"/>
      </w:pBdr>
      <w:jc w:val="center"/>
    </w:pPr>
    <w:proofErr w:type="spellStart"/>
    <w:r>
      <w:rPr>
        <w:b/>
        <w:color w:val="1F4E79"/>
        <w:sz w:val="19"/>
      </w:rPr>
      <w:t>Wzory</w:t>
    </w:r>
    <w:proofErr w:type="spellEnd"/>
    <w:r>
      <w:rPr>
        <w:b/>
        <w:color w:val="1F4E79"/>
        <w:sz w:val="19"/>
      </w:rPr>
      <w:t xml:space="preserve"> </w:t>
    </w:r>
    <w:proofErr w:type="spellStart"/>
    <w:r>
      <w:rPr>
        <w:b/>
        <w:color w:val="1F4E79"/>
        <w:sz w:val="19"/>
      </w:rPr>
      <w:t>pism</w:t>
    </w:r>
    <w:proofErr w:type="spellEnd"/>
    <w:r>
      <w:rPr>
        <w:b/>
        <w:color w:val="1F4E79"/>
        <w:sz w:val="19"/>
      </w:rPr>
      <w:t xml:space="preserve"> - www.ePorady24.pl</w:t>
    </w:r>
    <w:r w:rsidR="00A005A5">
      <w:rPr>
        <w:b/>
        <w:color w:val="1F4E79"/>
        <w:sz w:val="19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5AA8"/>
    <w:rsid w:val="0006063C"/>
    <w:rsid w:val="0015074B"/>
    <w:rsid w:val="001F3937"/>
    <w:rsid w:val="001F5F67"/>
    <w:rsid w:val="0029639D"/>
    <w:rsid w:val="00326F90"/>
    <w:rsid w:val="00656DEE"/>
    <w:rsid w:val="006B6500"/>
    <w:rsid w:val="00A005A5"/>
    <w:rsid w:val="00AA1D8D"/>
    <w:rsid w:val="00B47730"/>
    <w:rsid w:val="00B83D7F"/>
    <w:rsid w:val="00BE4FD4"/>
    <w:rsid w:val="00BE6779"/>
    <w:rsid w:val="00C03B76"/>
    <w:rsid w:val="00CB0664"/>
    <w:rsid w:val="00D925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D0D7DE"/>
        <w:left w:val="single" w:sz="4" w:space="0" w:color="D0D7DE"/>
        <w:bottom w:val="single" w:sz="4" w:space="0" w:color="D0D7DE"/>
        <w:right w:val="single" w:sz="4" w:space="0" w:color="D0D7DE"/>
        <w:insideH w:val="single" w:sz="4" w:space="0" w:color="D0D7DE"/>
        <w:insideV w:val="single" w:sz="4" w:space="0" w:color="D0D7DE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A005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D0D7DE"/>
        <w:left w:val="single" w:sz="4" w:space="0" w:color="D0D7DE"/>
        <w:bottom w:val="single" w:sz="4" w:space="0" w:color="D0D7DE"/>
        <w:right w:val="single" w:sz="4" w:space="0" w:color="D0D7DE"/>
        <w:insideH w:val="single" w:sz="4" w:space="0" w:color="D0D7DE"/>
        <w:insideV w:val="single" w:sz="4" w:space="0" w:color="D0D7DE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A005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4D51FE-58CF-45FD-8828-2E992418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Oem</cp:lastModifiedBy>
  <cp:revision>4</cp:revision>
  <cp:lastPrinted>2026-06-07T10:52:00Z</cp:lastPrinted>
  <dcterms:created xsi:type="dcterms:W3CDTF">2026-06-07T09:44:00Z</dcterms:created>
  <dcterms:modified xsi:type="dcterms:W3CDTF">2026-06-07T10:53:00Z</dcterms:modified>
</cp:coreProperties>
</file>