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8A" w:rsidRDefault="00F02CD5">
      <w:pPr>
        <w:pStyle w:val="Tytu"/>
        <w:pBdr>
          <w:bottom w:val="single" w:sz="8" w:space="4" w:color="4472C4"/>
        </w:pBdr>
        <w:spacing w:before="40" w:line="259" w:lineRule="auto"/>
      </w:pPr>
      <w:r>
        <w:rPr>
          <w:rFonts w:ascii="Arial" w:eastAsia="Arial" w:hAnsi="Arial"/>
        </w:rPr>
        <w:t>Wniosek o wyznaczenie obrońcy z urzędu</w:t>
      </w:r>
    </w:p>
    <w:p w:rsidR="00A2548A" w:rsidRDefault="00F02CD5">
      <w:pPr>
        <w:pBdr>
          <w:top w:val="single" w:sz="4" w:space="3" w:color="D9D9D9"/>
          <w:bottom w:val="single" w:sz="4" w:space="3" w:color="D9D9D9"/>
        </w:pBdr>
        <w:shd w:val="clear" w:color="auto" w:fill="F7F7F7"/>
        <w:spacing w:before="80"/>
        <w:ind w:left="113" w:right="113"/>
      </w:pPr>
      <w:r>
        <w:rPr>
          <w:b/>
          <w:color w:val="3B3B3B"/>
          <w:sz w:val="21"/>
        </w:rPr>
        <w:t>Uwaga! Wzór ma charakter ogólny.</w:t>
      </w:r>
      <w:r>
        <w:rPr>
          <w:b/>
          <w:sz w:val="21"/>
        </w:rPr>
        <w:br/>
      </w:r>
      <w:r>
        <w:rPr>
          <w:i/>
          <w:color w:val="8C8C8C"/>
          <w:sz w:val="20"/>
        </w:rPr>
        <w:t>[Przed użyciem trzeba sprawdzić pouczenie w piśmie z sądu, prokuratury lub Policji oraz dopasować treść do konkretnej sprawy – tekst do usunięcia]</w:t>
      </w:r>
    </w:p>
    <w:p w:rsidR="00A2548A" w:rsidRDefault="00B44BDF">
      <w:pPr>
        <w:spacing w:after="160"/>
        <w:jc w:val="right"/>
      </w:pPr>
      <w:bookmarkStart w:id="0" w:name="_GoBack"/>
      <w:bookmarkEnd w:id="0"/>
      <w:r>
        <w:rPr>
          <w:i/>
          <w:color w:val="8C8C8C"/>
          <w:sz w:val="21"/>
        </w:rPr>
        <w:t xml:space="preserve"> [miejscowość, data]</w:t>
      </w:r>
    </w:p>
    <w:p w:rsidR="00A2548A" w:rsidRDefault="00A2548A">
      <w:pPr>
        <w:spacing w:after="0" w:line="240" w:lineRule="auto"/>
      </w:pPr>
    </w:p>
    <w:p w:rsidR="00A2548A" w:rsidRDefault="00F02CD5">
      <w:r>
        <w:rPr>
          <w:i/>
          <w:color w:val="8C8C8C"/>
          <w:sz w:val="21"/>
        </w:rPr>
        <w:t>[imię i nazwisko wnioskodawcy]</w:t>
      </w:r>
    </w:p>
    <w:p w:rsidR="00A2548A" w:rsidRDefault="00F02CD5">
      <w:r>
        <w:rPr>
          <w:i/>
          <w:color w:val="8C8C8C"/>
          <w:sz w:val="21"/>
        </w:rPr>
        <w:t>[adres]</w:t>
      </w:r>
    </w:p>
    <w:p w:rsidR="00A2548A" w:rsidRDefault="00F02CD5">
      <w:r>
        <w:rPr>
          <w:i/>
          <w:color w:val="8C8C8C"/>
          <w:sz w:val="21"/>
        </w:rPr>
        <w:t>[PESEL - opcjonalnie]</w:t>
      </w:r>
    </w:p>
    <w:p w:rsidR="00A2548A" w:rsidRDefault="00A2548A">
      <w:pPr>
        <w:spacing w:after="0" w:line="240" w:lineRule="auto"/>
      </w:pPr>
    </w:p>
    <w:p w:rsidR="00A2548A" w:rsidRDefault="00F02CD5">
      <w:pPr>
        <w:spacing w:before="80" w:after="120"/>
      </w:pPr>
      <w:r>
        <w:t>Sygnatura akt: [sygnatura, jeśli jest znana]</w:t>
      </w:r>
    </w:p>
    <w:p w:rsidR="00A2548A" w:rsidRDefault="00A2548A">
      <w:pPr>
        <w:spacing w:after="0" w:line="240" w:lineRule="auto"/>
      </w:pPr>
    </w:p>
    <w:p w:rsidR="00A2548A" w:rsidRDefault="00F02CD5">
      <w:pPr>
        <w:spacing w:before="200"/>
      </w:pPr>
      <w:r>
        <w:rPr>
          <w:b/>
        </w:rPr>
        <w:t>Do:</w:t>
      </w:r>
    </w:p>
    <w:p w:rsidR="00A2548A" w:rsidRDefault="00F02CD5">
      <w:r>
        <w:rPr>
          <w:i/>
          <w:color w:val="8C8C8C"/>
          <w:sz w:val="21"/>
        </w:rPr>
        <w:t>[Sąd / Prokuratura / organ prowadzący sprawę]</w:t>
      </w:r>
    </w:p>
    <w:p w:rsidR="00A2548A" w:rsidRDefault="00F02CD5">
      <w:r>
        <w:rPr>
          <w:i/>
          <w:color w:val="8C8C8C"/>
          <w:sz w:val="21"/>
        </w:rPr>
        <w:t>[adres]</w:t>
      </w:r>
    </w:p>
    <w:p w:rsidR="00A2548A" w:rsidRDefault="00A2548A">
      <w:pPr>
        <w:spacing w:after="0" w:line="240" w:lineRule="auto"/>
      </w:pPr>
    </w:p>
    <w:p w:rsidR="00A2548A" w:rsidRDefault="00F02CD5">
      <w:pPr>
        <w:spacing w:before="200" w:after="200"/>
        <w:jc w:val="center"/>
      </w:pPr>
      <w:r>
        <w:rPr>
          <w:b/>
          <w:spacing w:val="10"/>
          <w:sz w:val="26"/>
        </w:rPr>
        <w:t>Wniosek o wyznaczenie obrońcy z urzędu</w:t>
      </w:r>
    </w:p>
    <w:p w:rsidR="00A2548A" w:rsidRDefault="00A2548A">
      <w:pPr>
        <w:spacing w:after="0" w:line="240" w:lineRule="auto"/>
      </w:pPr>
    </w:p>
    <w:p w:rsidR="00A2548A" w:rsidRDefault="00F02CD5">
      <w:r>
        <w:t>Wnoszę o wyznaczenie mi obrońcy z urzędu w sprawie o sygnaturze [sygnatura], prowadzonej przeciwko mnie / z moim udziałem.</w:t>
      </w:r>
    </w:p>
    <w:p w:rsidR="00A2548A" w:rsidRDefault="00F02CD5">
      <w:r>
        <w:t>Nie jestem w stanie ponieść kosztów obrony z wyboru bez uszczerbku dla niezbędnego utrzymania siebie i rodziny.</w:t>
      </w:r>
    </w:p>
    <w:p w:rsidR="00A2548A" w:rsidRDefault="00F02CD5">
      <w:pPr>
        <w:spacing w:before="160"/>
      </w:pPr>
      <w:r>
        <w:rPr>
          <w:b/>
        </w:rPr>
        <w:t>Uzasadnienie:</w:t>
      </w:r>
    </w:p>
    <w:p w:rsidR="00A2548A" w:rsidRDefault="00F02CD5">
      <w:r>
        <w:rPr>
          <w:i/>
          <w:color w:val="8C8C8C"/>
          <w:sz w:val="21"/>
        </w:rPr>
        <w:t>[opis sytuacji majątkowej, rodzinnej i zdrowotnej]</w:t>
      </w:r>
    </w:p>
    <w:p w:rsidR="00A2548A" w:rsidRDefault="00F02CD5">
      <w:r>
        <w:t>Mój miesięczny dochód wynosi około [kwota] zł. Utrzymuję [liczba] osób. Poniesienie kosztów obrońcy z wyboru przekracza moje możliwości finansowe.</w:t>
      </w:r>
    </w:p>
    <w:p w:rsidR="00A2548A" w:rsidRDefault="00F02CD5">
      <w:r>
        <w:t>Sprawa ma dla mnie istotne znaczenie, a samodzielne prowadzenie obrony jest dla mnie utrudnione z uwagi na [np. skomplikowany charakter sprawy, brak wiedzy prawniczej, stan zdrowia, grożącą karę].</w:t>
      </w:r>
    </w:p>
    <w:p w:rsidR="00A2548A" w:rsidRDefault="00F02CD5">
      <w:pPr>
        <w:spacing w:before="160"/>
      </w:pPr>
      <w:r>
        <w:rPr>
          <w:b/>
        </w:rPr>
        <w:t>Załączniki:</w:t>
      </w:r>
    </w:p>
    <w:p w:rsidR="00A2548A" w:rsidRDefault="00F02CD5">
      <w:pPr>
        <w:ind w:left="312" w:hanging="142"/>
      </w:pPr>
      <w:r>
        <w:rPr>
          <w:i/>
          <w:color w:val="8C8C8C"/>
          <w:sz w:val="21"/>
        </w:rPr>
        <w:t>1.   [zaświadczenie o dochodach / decyzja o bezrobociu / PIT / zaświadczenie lekarskie]</w:t>
      </w:r>
    </w:p>
    <w:p w:rsidR="00A2548A" w:rsidRDefault="00F02CD5">
      <w:pPr>
        <w:ind w:left="312" w:hanging="142"/>
      </w:pPr>
      <w:r>
        <w:rPr>
          <w:i/>
          <w:color w:val="8C8C8C"/>
          <w:sz w:val="21"/>
        </w:rPr>
        <w:t>2.   [inne dokumenty]</w:t>
      </w:r>
    </w:p>
    <w:p w:rsidR="00A2548A" w:rsidRDefault="00A2548A">
      <w:pPr>
        <w:spacing w:after="0" w:line="240" w:lineRule="auto"/>
      </w:pPr>
    </w:p>
    <w:p w:rsidR="00A2548A" w:rsidRDefault="00F02CD5">
      <w:pPr>
        <w:spacing w:before="240"/>
        <w:jc w:val="right"/>
      </w:pPr>
      <w:r>
        <w:rPr>
          <w:i/>
          <w:color w:val="8C8C8C"/>
          <w:sz w:val="21"/>
        </w:rPr>
        <w:t>[podpis]</w:t>
      </w:r>
    </w:p>
    <w:p w:rsidR="00A2548A" w:rsidRDefault="00F02CD5">
      <w:pPr>
        <w:pStyle w:val="Nagwek1"/>
        <w:pageBreakBefore/>
        <w:spacing w:before="0" w:after="200"/>
      </w:pPr>
      <w:r>
        <w:rPr>
          <w:rFonts w:ascii="Arial" w:eastAsia="Arial" w:hAnsi="Arial"/>
        </w:rPr>
        <w:lastRenderedPageBreak/>
        <w:t>Komentarz do pisma – strona do usunięcia</w:t>
      </w:r>
    </w:p>
    <w:p w:rsidR="00A2548A" w:rsidRDefault="00F02CD5">
      <w:pPr>
        <w:pStyle w:val="Nagwek2"/>
      </w:pPr>
      <w:r>
        <w:rPr>
          <w:rFonts w:ascii="Arial" w:eastAsia="Arial" w:hAnsi="Arial"/>
        </w:rPr>
        <w:t>Parametry sprawy</w:t>
      </w:r>
    </w:p>
    <w:tbl>
      <w:tblPr>
        <w:tblStyle w:val="Tabela-Siatka"/>
        <w:tblW w:w="8617" w:type="dxa"/>
        <w:jc w:val="center"/>
        <w:tblBorders>
          <w:top w:val="single" w:sz="4" w:space="0" w:color="D0D7DE"/>
          <w:left w:val="single" w:sz="4" w:space="0" w:color="D0D7DE"/>
          <w:bottom w:val="single" w:sz="4" w:space="0" w:color="D0D7DE"/>
          <w:right w:val="single" w:sz="4" w:space="0" w:color="D0D7DE"/>
          <w:insideH w:val="single" w:sz="4" w:space="0" w:color="D0D7DE"/>
          <w:insideV w:val="single" w:sz="4" w:space="0" w:color="D0D7DE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5981"/>
      </w:tblGrid>
      <w:tr w:rsidR="00A2548A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b/>
                <w:sz w:val="21"/>
              </w:rPr>
              <w:t>Typ pisma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sz w:val="21"/>
              </w:rPr>
              <w:t>Wniosek procesowy o obronę z urzędu.</w:t>
            </w:r>
          </w:p>
        </w:tc>
      </w:tr>
      <w:tr w:rsidR="00A2548A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b/>
                <w:sz w:val="21"/>
              </w:rPr>
              <w:t>Kto składa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sz w:val="21"/>
              </w:rPr>
              <w:t>Podejrzany albo oskarżony, który nie ma obrońcy z wyboru.</w:t>
            </w:r>
          </w:p>
        </w:tc>
      </w:tr>
      <w:tr w:rsidR="00A2548A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b/>
                <w:sz w:val="21"/>
              </w:rPr>
              <w:t>Gdzie złożyć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sz w:val="21"/>
              </w:rPr>
              <w:t>Do sądu, jeżeli sprawa jest w sądzie; na etapie przygotowawczym przez organ prowadzący sprawę.</w:t>
            </w:r>
          </w:p>
        </w:tc>
      </w:tr>
      <w:tr w:rsidR="00A2548A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b/>
                <w:sz w:val="21"/>
              </w:rPr>
              <w:t>Termin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sz w:val="21"/>
              </w:rPr>
              <w:t>Brak jednego terminu. Najlepiej złożyć jak najwcześniej, zwłaszcza przed przesłuchaniem lub rozprawą.</w:t>
            </w:r>
          </w:p>
        </w:tc>
      </w:tr>
      <w:tr w:rsidR="00A2548A">
        <w:trPr>
          <w:jc w:val="center"/>
        </w:trPr>
        <w:tc>
          <w:tcPr>
            <w:tcW w:w="2636" w:type="dxa"/>
            <w:shd w:val="clear" w:color="auto" w:fill="DDEB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b/>
                <w:sz w:val="21"/>
              </w:rPr>
              <w:t>Podstawa</w:t>
            </w:r>
          </w:p>
        </w:tc>
        <w:tc>
          <w:tcPr>
            <w:tcW w:w="598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A2548A" w:rsidRDefault="00F02CD5">
            <w:pPr>
              <w:spacing w:after="0" w:line="240" w:lineRule="auto"/>
            </w:pPr>
            <w:r>
              <w:rPr>
                <w:sz w:val="21"/>
              </w:rPr>
              <w:t>Art. 78-81a k.p.k. - obrońca z urzędu i zasady wyznaczania.</w:t>
            </w:r>
          </w:p>
        </w:tc>
      </w:tr>
    </w:tbl>
    <w:p w:rsidR="00A2548A" w:rsidRDefault="00A2548A">
      <w:pPr>
        <w:spacing w:after="0" w:line="240" w:lineRule="auto"/>
      </w:pPr>
    </w:p>
    <w:p w:rsidR="00A2548A" w:rsidRDefault="00F02CD5">
      <w:pPr>
        <w:pStyle w:val="Nagwek2"/>
      </w:pPr>
      <w:r>
        <w:rPr>
          <w:rFonts w:ascii="Arial" w:eastAsia="Arial" w:hAnsi="Arial"/>
        </w:rPr>
        <w:t>Jak wypełnić pismo</w:t>
      </w:r>
    </w:p>
    <w:p w:rsidR="00A2548A" w:rsidRDefault="00F02CD5">
      <w:pPr>
        <w:pStyle w:val="Listapunktowana"/>
        <w:spacing w:after="40"/>
        <w:ind w:left="340" w:hanging="142"/>
      </w:pPr>
      <w:r>
        <w:rPr>
          <w:sz w:val="21"/>
        </w:rPr>
        <w:t>Wniosek powinien pokazywać, że nie stać Cię na obrońcę z wyboru bez uszczerbku dla utrzymania siebie i rodziny.</w:t>
      </w:r>
    </w:p>
    <w:p w:rsidR="00A2548A" w:rsidRDefault="00F02CD5">
      <w:pPr>
        <w:pStyle w:val="Listapunktowana"/>
        <w:spacing w:after="40"/>
        <w:ind w:left="340" w:hanging="142"/>
      </w:pPr>
      <w:r>
        <w:rPr>
          <w:sz w:val="21"/>
        </w:rPr>
        <w:t>Podaj dochody, koszty utrzymania, czynsz, kredyty, alimenty, liczbę osób na utrzymaniu i stan zdrowia.</w:t>
      </w:r>
    </w:p>
    <w:p w:rsidR="00A2548A" w:rsidRDefault="00F02CD5">
      <w:pPr>
        <w:pStyle w:val="Listapunktowana"/>
        <w:spacing w:after="40"/>
        <w:ind w:left="340" w:hanging="142"/>
      </w:pPr>
      <w:r>
        <w:rPr>
          <w:sz w:val="21"/>
        </w:rPr>
        <w:t>Dołącz dokumenty: zaświadczenie o zarobkach, decyzję z urzędu pracy, PIT, rachunki, dokumentację leczenia.</w:t>
      </w:r>
    </w:p>
    <w:p w:rsidR="00A2548A" w:rsidRDefault="00F02CD5">
      <w:pPr>
        <w:pStyle w:val="Listapunktowana"/>
        <w:spacing w:after="40"/>
        <w:ind w:left="340" w:hanging="142"/>
      </w:pPr>
      <w:r>
        <w:rPr>
          <w:sz w:val="21"/>
        </w:rPr>
        <w:t>Warto krótko wyjaśnić, dlaczego sprawa wymaga pomocy obrońcy: złożony materiał dowodowy, ryzyko kary, brak wiedzy prawniczej.</w:t>
      </w:r>
    </w:p>
    <w:p w:rsidR="00A2548A" w:rsidRDefault="00F02CD5">
      <w:pPr>
        <w:pStyle w:val="Listapunktowana"/>
        <w:spacing w:after="40"/>
        <w:ind w:left="340" w:hanging="142"/>
      </w:pPr>
      <w:r>
        <w:rPr>
          <w:sz w:val="21"/>
        </w:rPr>
        <w:t>Jeżeli nie znasz sygnatury, wpisz datę przesłuchania, organ prowadzący i krótki opis sprawy.</w:t>
      </w:r>
    </w:p>
    <w:p w:rsidR="00A2548A" w:rsidRDefault="00F02CD5">
      <w:pPr>
        <w:pStyle w:val="Nagwek2"/>
        <w:spacing w:before="280"/>
      </w:pPr>
      <w:r>
        <w:rPr>
          <w:rFonts w:ascii="Arial" w:eastAsia="Arial" w:hAnsi="Arial"/>
        </w:rPr>
        <w:t>Najważniejsza zasada praktyczna</w:t>
      </w:r>
    </w:p>
    <w:p w:rsidR="00A2548A" w:rsidRDefault="00F02CD5">
      <w:r>
        <w:rPr>
          <w:b/>
        </w:rPr>
        <w:t>Najpierw wpisz fakty i daty, potem żądanie, a na końcu dowody i załączniki. Zachowaj potwierdzenie nadania albo złożenia pisma.</w:t>
      </w:r>
    </w:p>
    <w:sectPr w:rsidR="00A2548A" w:rsidSect="00034616">
      <w:headerReference w:type="default" r:id="rId9"/>
      <w:footerReference w:type="default" r:id="rId10"/>
      <w:pgSz w:w="12240" w:h="15840"/>
      <w:pgMar w:top="1219" w:right="1134" w:bottom="1219" w:left="1134" w:header="482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CD5" w:rsidRDefault="00F02CD5">
      <w:pPr>
        <w:spacing w:after="0" w:line="240" w:lineRule="auto"/>
      </w:pPr>
      <w:r>
        <w:separator/>
      </w:r>
    </w:p>
  </w:endnote>
  <w:endnote w:type="continuationSeparator" w:id="0">
    <w:p w:rsidR="00F02CD5" w:rsidRDefault="00F0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48A" w:rsidRDefault="00F02CD5">
    <w:pPr>
      <w:pBdr>
        <w:top w:val="single" w:sz="4" w:space="4" w:color="7F7F7F"/>
      </w:pBdr>
      <w:spacing w:before="40" w:after="0" w:line="240" w:lineRule="auto"/>
      <w:jc w:val="right"/>
    </w:pPr>
    <w:r>
      <w:rPr>
        <w:color w:val="5A5A5A"/>
        <w:sz w:val="16"/>
      </w:rPr>
      <w:t>Lexine Gawek i Kielar sp. j.</w:t>
    </w:r>
    <w:r>
      <w:rPr>
        <w:color w:val="5A5A5A"/>
        <w:sz w:val="16"/>
      </w:rPr>
      <w:br/>
      <w:t>e-mail: porady@eporady24.pl</w:t>
    </w:r>
    <w:r>
      <w:rPr>
        <w:color w:val="5A5A5A"/>
        <w:sz w:val="16"/>
      </w:rPr>
      <w:br/>
      <w:t>www.ePorady24.pl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CD5" w:rsidRDefault="00F02CD5">
      <w:pPr>
        <w:spacing w:after="0" w:line="240" w:lineRule="auto"/>
      </w:pPr>
      <w:r>
        <w:separator/>
      </w:r>
    </w:p>
  </w:footnote>
  <w:footnote w:type="continuationSeparator" w:id="0">
    <w:p w:rsidR="00F02CD5" w:rsidRDefault="00F02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48A" w:rsidRDefault="00F02CD5">
    <w:pPr>
      <w:pBdr>
        <w:bottom w:val="single" w:sz="4" w:space="3" w:color="7F7F7F"/>
      </w:pBdr>
      <w:jc w:val="center"/>
    </w:pPr>
    <w:r>
      <w:rPr>
        <w:b/>
        <w:color w:val="1F4E79"/>
        <w:sz w:val="19"/>
      </w:rPr>
      <w:t>W</w:t>
    </w:r>
    <w:r>
      <w:rPr>
        <w:b/>
        <w:color w:val="1F4E79"/>
        <w:sz w:val="19"/>
      </w:rPr>
      <w:t>zory pism - www.ePorady24.pl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2548A"/>
    <w:rsid w:val="00AA1D8D"/>
    <w:rsid w:val="00B44BDF"/>
    <w:rsid w:val="00B47730"/>
    <w:rsid w:val="00CB0664"/>
    <w:rsid w:val="00F02CD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eastAsia="Arial" w:hAnsi="Arial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Cs/>
      <w:color w:val="1F4E79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color w:val="1F4E79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color w:val="1F4E79"/>
      <w:spacing w:val="5"/>
      <w:kern w:val="28"/>
      <w:sz w:val="37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  <w:rPr>
      <w:sz w:val="20"/>
    </w:r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F82CEF-67E6-45D9-AA45-32425225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Oem</cp:lastModifiedBy>
  <cp:revision>2</cp:revision>
  <dcterms:created xsi:type="dcterms:W3CDTF">2013-12-23T23:15:00Z</dcterms:created>
  <dcterms:modified xsi:type="dcterms:W3CDTF">2026-06-07T09:27:00Z</dcterms:modified>
  <cp:category/>
</cp:coreProperties>
</file>